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41DC" w14:textId="77777777" w:rsidR="00D50FAD" w:rsidRDefault="00D50FAD" w:rsidP="00D50FAD">
      <w:pPr>
        <w:spacing w:after="120"/>
        <w:jc w:val="right"/>
        <w:rPr>
          <w:lang w:eastAsia="ja-JP"/>
        </w:rPr>
      </w:pPr>
      <w:r>
        <w:rPr>
          <w:lang w:eastAsia="ja-JP"/>
        </w:rPr>
        <w:t>令和８年　　月　　日</w:t>
      </w:r>
    </w:p>
    <w:p w14:paraId="67C1B2C8" w14:textId="4B139C15" w:rsidR="00E74896" w:rsidRDefault="00E72C95" w:rsidP="00D50FAD">
      <w:pPr>
        <w:rPr>
          <w:lang w:eastAsia="ja-JP"/>
        </w:rPr>
      </w:pPr>
      <w:proofErr w:type="spellStart"/>
      <w:r>
        <w:t>横浜市契約事務受任者</w:t>
      </w:r>
      <w:proofErr w:type="spellEnd"/>
    </w:p>
    <w:p w14:paraId="01124CEB" w14:textId="77777777" w:rsidR="00CE4CB1" w:rsidRDefault="00CE4CB1" w:rsidP="00D50FAD">
      <w:pPr>
        <w:rPr>
          <w:lang w:eastAsia="ja-JP"/>
        </w:rPr>
      </w:pPr>
    </w:p>
    <w:p w14:paraId="3B39AC4A" w14:textId="77777777" w:rsidR="00312B0A" w:rsidRDefault="00312B0A" w:rsidP="00312B0A">
      <w:pPr>
        <w:spacing w:line="240" w:lineRule="auto"/>
        <w:ind w:right="3990"/>
        <w:jc w:val="right"/>
      </w:pPr>
      <w:proofErr w:type="spellStart"/>
      <w:r>
        <w:t>所在地</w:t>
      </w:r>
      <w:proofErr w:type="spellEnd"/>
      <w:r>
        <w:t xml:space="preserve">　　　　　　　　　　　　　　　　　　　　</w:t>
      </w:r>
    </w:p>
    <w:p w14:paraId="35989FDD" w14:textId="4C327A63" w:rsidR="00312B0A" w:rsidRDefault="00312B0A" w:rsidP="00833D53">
      <w:pPr>
        <w:spacing w:line="240" w:lineRule="auto"/>
        <w:ind w:right="3990"/>
        <w:jc w:val="right"/>
        <w:rPr>
          <w:lang w:eastAsia="ja-JP"/>
        </w:rPr>
      </w:pPr>
      <w:r>
        <w:rPr>
          <w:lang w:eastAsia="ja-JP"/>
        </w:rPr>
        <w:t xml:space="preserve">商号又は名称　　　　　　　　　　　　　　　　　　代表者職氏名　　　　　　　　　　　　</w:t>
      </w:r>
      <w:r>
        <w:rPr>
          <w:rFonts w:hint="eastAsia"/>
          <w:lang w:eastAsia="ja-JP"/>
        </w:rPr>
        <w:t xml:space="preserve">　　　　　　　　</w:t>
      </w:r>
    </w:p>
    <w:p w14:paraId="3866F330" w14:textId="77777777" w:rsidR="00CE4CB1" w:rsidRPr="00312B0A" w:rsidRDefault="00CE4CB1" w:rsidP="00833D53">
      <w:pPr>
        <w:spacing w:line="240" w:lineRule="auto"/>
        <w:ind w:right="3990"/>
        <w:jc w:val="right"/>
        <w:rPr>
          <w:lang w:eastAsia="ja-JP"/>
        </w:rPr>
      </w:pPr>
    </w:p>
    <w:p w14:paraId="249C31CA" w14:textId="77777777" w:rsidR="00844E4E" w:rsidRPr="00844E4E" w:rsidRDefault="00844E4E" w:rsidP="001D0F8D">
      <w:pPr>
        <w:spacing w:before="240" w:after="240"/>
        <w:jc w:val="center"/>
        <w:rPr>
          <w:bCs/>
          <w:sz w:val="32"/>
          <w:szCs w:val="20"/>
          <w:lang w:eastAsia="ja-JP"/>
        </w:rPr>
      </w:pPr>
      <w:r w:rsidRPr="00844E4E">
        <w:rPr>
          <w:b/>
          <w:bCs/>
          <w:sz w:val="32"/>
          <w:szCs w:val="20"/>
          <w:lang w:eastAsia="ja-JP"/>
        </w:rPr>
        <w:t>調達仕様書作成関与及び資本関係確認に関する誓約書</w:t>
      </w:r>
    </w:p>
    <w:p w14:paraId="7EB3686B" w14:textId="0FC18A8B" w:rsidR="00E74896" w:rsidRDefault="00E72C95" w:rsidP="00417C76">
      <w:pPr>
        <w:rPr>
          <w:lang w:eastAsia="ja-JP"/>
        </w:rPr>
      </w:pPr>
      <w:r>
        <w:rPr>
          <w:lang w:eastAsia="ja-JP"/>
        </w:rPr>
        <w:t xml:space="preserve">　当社は、本業務に係る一般競争入札への参加に当たり、横浜市入札説明書「２　入札参加資格」(9)に規定する</w:t>
      </w:r>
      <w:r w:rsidR="00471075">
        <w:rPr>
          <w:rFonts w:hint="eastAsia"/>
          <w:lang w:eastAsia="ja-JP"/>
        </w:rPr>
        <w:t>下記の</w:t>
      </w:r>
      <w:r>
        <w:rPr>
          <w:lang w:eastAsia="ja-JP"/>
        </w:rPr>
        <w:t>要件について、事実と相違ないことを誓約します。</w:t>
      </w:r>
    </w:p>
    <w:p w14:paraId="2A719AC3" w14:textId="77777777" w:rsidR="00417C76" w:rsidRDefault="00417C76" w:rsidP="00417C76">
      <w:pPr>
        <w:rPr>
          <w:lang w:eastAsia="ja-JP"/>
        </w:rPr>
      </w:pPr>
    </w:p>
    <w:p w14:paraId="2F7D8DA3" w14:textId="77777777" w:rsidR="00417C76" w:rsidRDefault="00417C76" w:rsidP="00417C76">
      <w:pPr>
        <w:rPr>
          <w:lang w:eastAsia="ja-JP"/>
        </w:rPr>
      </w:pPr>
    </w:p>
    <w:p w14:paraId="43B9D558" w14:textId="77777777" w:rsidR="00E74896" w:rsidRDefault="00E72C95" w:rsidP="00417C76">
      <w:pPr>
        <w:spacing w:after="160"/>
      </w:pPr>
      <w:proofErr w:type="spellStart"/>
      <w:r>
        <w:t>契約番号</w:t>
      </w:r>
      <w:proofErr w:type="spellEnd"/>
      <w:r>
        <w:t xml:space="preserve">　　　　　　　　　　　　　　　　　　　　　　　</w:t>
      </w:r>
    </w:p>
    <w:p w14:paraId="29FDB827" w14:textId="4136E705" w:rsidR="009D1211" w:rsidRDefault="00E72C95" w:rsidP="00417C76">
      <w:pPr>
        <w:spacing w:after="160"/>
        <w:rPr>
          <w:lang w:eastAsia="ja-JP"/>
        </w:rPr>
      </w:pPr>
      <w:r>
        <w:rPr>
          <w:lang w:eastAsia="ja-JP"/>
        </w:rPr>
        <w:t>件　　名　　生活保護システム標準化対応業務委託</w:t>
      </w:r>
    </w:p>
    <w:p w14:paraId="5DE82A0F" w14:textId="77777777" w:rsidR="0068013F" w:rsidRDefault="0068013F" w:rsidP="0068013F">
      <w:pPr>
        <w:rPr>
          <w:lang w:eastAsia="ja-JP"/>
        </w:rPr>
      </w:pPr>
    </w:p>
    <w:p w14:paraId="2EA25E96" w14:textId="77777777" w:rsidR="0068013F" w:rsidRDefault="0068013F" w:rsidP="0068013F">
      <w:pPr>
        <w:rPr>
          <w:lang w:eastAsia="ja-JP"/>
        </w:rPr>
      </w:pPr>
    </w:p>
    <w:p w14:paraId="46CC0487" w14:textId="77777777" w:rsidR="00E74896" w:rsidRDefault="00E72C95">
      <w:pPr>
        <w:spacing w:after="160"/>
        <w:ind w:left="454" w:hanging="454"/>
        <w:rPr>
          <w:lang w:eastAsia="ja-JP"/>
        </w:rPr>
      </w:pPr>
      <w:r>
        <w:rPr>
          <w:lang w:eastAsia="ja-JP"/>
        </w:rPr>
        <w:t>１　当社は、本業務の調達仕様書の作成に直接関与した事業者（株式会社日本総合研究所）ではありません。</w:t>
      </w:r>
    </w:p>
    <w:p w14:paraId="1BD6983F" w14:textId="36F4F108" w:rsidR="00E74896" w:rsidRDefault="00E72C95">
      <w:pPr>
        <w:spacing w:after="160"/>
        <w:ind w:left="454" w:hanging="454"/>
        <w:rPr>
          <w:lang w:eastAsia="ja-JP"/>
        </w:rPr>
      </w:pPr>
      <w:r>
        <w:rPr>
          <w:lang w:eastAsia="ja-JP"/>
        </w:rPr>
        <w:t>２　当社は、本業務の調達仕様書の作成に直接関与した事業者と資本関係のある事業者ではありません。</w:t>
      </w:r>
    </w:p>
    <w:p w14:paraId="129B5D44" w14:textId="77777777" w:rsidR="00E74896" w:rsidRDefault="00E72C95">
      <w:pPr>
        <w:spacing w:after="160"/>
        <w:ind w:left="454" w:hanging="454"/>
        <w:rPr>
          <w:lang w:eastAsia="ja-JP"/>
        </w:rPr>
      </w:pPr>
      <w:r>
        <w:rPr>
          <w:lang w:eastAsia="ja-JP"/>
        </w:rPr>
        <w:t>３　上記１及び２の記載内容について虚偽の記載があった場合には、入札参加資格の喪失、落札決定の取消し、契約の解除その他必要な措置について、一切異議を申し立てません。</w:t>
      </w:r>
    </w:p>
    <w:p w14:paraId="6D55ABE7" w14:textId="77777777" w:rsidR="00E74896" w:rsidRDefault="00E72C95">
      <w:pPr>
        <w:spacing w:before="240" w:after="320"/>
        <w:jc w:val="right"/>
        <w:rPr>
          <w:lang w:eastAsia="ja-JP"/>
        </w:rPr>
      </w:pPr>
      <w:r>
        <w:rPr>
          <w:lang w:eastAsia="ja-JP"/>
        </w:rPr>
        <w:t>以　上</w:t>
      </w:r>
    </w:p>
    <w:p w14:paraId="0AB0B196" w14:textId="77777777" w:rsidR="00E74896" w:rsidRDefault="00E72C95">
      <w:pPr>
        <w:spacing w:after="40"/>
        <w:rPr>
          <w:lang w:eastAsia="ja-JP"/>
        </w:rPr>
      </w:pPr>
      <w:r>
        <w:rPr>
          <w:sz w:val="18"/>
          <w:lang w:eastAsia="ja-JP"/>
        </w:rPr>
        <w:t>（注）</w:t>
      </w:r>
    </w:p>
    <w:p w14:paraId="379973ED" w14:textId="77777777" w:rsidR="00E74896" w:rsidRDefault="00E72C95">
      <w:pPr>
        <w:spacing w:after="60"/>
        <w:ind w:left="454" w:hanging="454"/>
        <w:rPr>
          <w:lang w:eastAsia="ja-JP"/>
        </w:rPr>
      </w:pPr>
      <w:r>
        <w:rPr>
          <w:sz w:val="18"/>
          <w:lang w:eastAsia="ja-JP"/>
        </w:rPr>
        <w:t>１　「資本関係のある事業者」とは、会社法（平成17年法律第86号）第２条に規定する親会社等と子会社等の関係にある場合又は同一の親会社等を有する子会社等同士の関係にある場合をいう。</w:t>
      </w:r>
    </w:p>
    <w:p w14:paraId="150119ED" w14:textId="77777777" w:rsidR="00E74896" w:rsidRDefault="00E72C95">
      <w:pPr>
        <w:spacing w:after="60"/>
        <w:ind w:left="454" w:hanging="454"/>
        <w:rPr>
          <w:lang w:eastAsia="ja-JP"/>
        </w:rPr>
      </w:pPr>
      <w:r>
        <w:rPr>
          <w:sz w:val="18"/>
          <w:lang w:eastAsia="ja-JP"/>
        </w:rPr>
        <w:t>２　本市は、必要に応じて、親会社・子会社の状況等を確認できる書類（会社概要、株主構成資料、有価証券報告書の写し等）の提出を求める場合がある。この場合、入札参加者は速やかにこれに応じるものとする。</w:t>
      </w:r>
    </w:p>
    <w:sectPr w:rsidR="00E74896" w:rsidSect="00034616">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89836" w14:textId="77777777" w:rsidR="00E55E00" w:rsidRDefault="00E55E00" w:rsidP="004B18A0">
      <w:pPr>
        <w:spacing w:line="240" w:lineRule="auto"/>
      </w:pPr>
      <w:r>
        <w:separator/>
      </w:r>
    </w:p>
  </w:endnote>
  <w:endnote w:type="continuationSeparator" w:id="0">
    <w:p w14:paraId="7E2C7822" w14:textId="77777777" w:rsidR="00E55E00" w:rsidRDefault="00E55E00" w:rsidP="004B1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B56EB" w14:textId="77777777" w:rsidR="00E55E00" w:rsidRDefault="00E55E00" w:rsidP="004B18A0">
      <w:pPr>
        <w:spacing w:line="240" w:lineRule="auto"/>
      </w:pPr>
      <w:r>
        <w:separator/>
      </w:r>
    </w:p>
  </w:footnote>
  <w:footnote w:type="continuationSeparator" w:id="0">
    <w:p w14:paraId="71B7B329" w14:textId="77777777" w:rsidR="00E55E00" w:rsidRDefault="00E55E00" w:rsidP="004B18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18858672">
    <w:abstractNumId w:val="8"/>
  </w:num>
  <w:num w:numId="2" w16cid:durableId="1748263633">
    <w:abstractNumId w:val="6"/>
  </w:num>
  <w:num w:numId="3" w16cid:durableId="798231510">
    <w:abstractNumId w:val="5"/>
  </w:num>
  <w:num w:numId="4" w16cid:durableId="635334127">
    <w:abstractNumId w:val="4"/>
  </w:num>
  <w:num w:numId="5" w16cid:durableId="688527234">
    <w:abstractNumId w:val="7"/>
  </w:num>
  <w:num w:numId="6" w16cid:durableId="1972781943">
    <w:abstractNumId w:val="3"/>
  </w:num>
  <w:num w:numId="7" w16cid:durableId="546137864">
    <w:abstractNumId w:val="2"/>
  </w:num>
  <w:num w:numId="8" w16cid:durableId="1856269096">
    <w:abstractNumId w:val="1"/>
  </w:num>
  <w:num w:numId="9" w16cid:durableId="1963463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0F8D"/>
    <w:rsid w:val="0029639D"/>
    <w:rsid w:val="00312B0A"/>
    <w:rsid w:val="00326F90"/>
    <w:rsid w:val="00417C76"/>
    <w:rsid w:val="00471075"/>
    <w:rsid w:val="004B18A0"/>
    <w:rsid w:val="0068013F"/>
    <w:rsid w:val="00776EBF"/>
    <w:rsid w:val="00833D53"/>
    <w:rsid w:val="00844E4E"/>
    <w:rsid w:val="009D1211"/>
    <w:rsid w:val="009D68B8"/>
    <w:rsid w:val="00AA1D8D"/>
    <w:rsid w:val="00B24750"/>
    <w:rsid w:val="00B47730"/>
    <w:rsid w:val="00C21A8D"/>
    <w:rsid w:val="00CB0664"/>
    <w:rsid w:val="00CE4CB1"/>
    <w:rsid w:val="00D50FAD"/>
    <w:rsid w:val="00E55E00"/>
    <w:rsid w:val="00E72C95"/>
    <w:rsid w:val="00E74896"/>
    <w:rsid w:val="00EE46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06206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8013F"/>
    <w:pPr>
      <w:spacing w:after="0"/>
    </w:pPr>
    <w:rPr>
      <w:rFonts w:ascii="ＭＳ 明朝" w:eastAsia="ＭＳ 明朝" w:hAnsi="ＭＳ 明朝"/>
      <w:sz w:val="21"/>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Note Heading"/>
    <w:basedOn w:val="a1"/>
    <w:next w:val="a1"/>
    <w:link w:val="aff0"/>
    <w:uiPriority w:val="99"/>
    <w:unhideWhenUsed/>
    <w:rsid w:val="009D1211"/>
    <w:pPr>
      <w:jc w:val="center"/>
    </w:pPr>
    <w:rPr>
      <w:lang w:eastAsia="ja-JP"/>
    </w:rPr>
  </w:style>
  <w:style w:type="character" w:customStyle="1" w:styleId="aff0">
    <w:name w:val="記 (文字)"/>
    <w:basedOn w:val="a2"/>
    <w:link w:val="aff"/>
    <w:uiPriority w:val="99"/>
    <w:rsid w:val="009D1211"/>
    <w:rPr>
      <w:rFonts w:ascii="ＭＳ 明朝" w:eastAsia="ＭＳ 明朝" w:hAnsi="ＭＳ 明朝"/>
      <w:sz w:val="21"/>
      <w:lang w:eastAsia="ja-JP"/>
    </w:rPr>
  </w:style>
  <w:style w:type="paragraph" w:styleId="aff1">
    <w:name w:val="Closing"/>
    <w:basedOn w:val="a1"/>
    <w:link w:val="aff2"/>
    <w:uiPriority w:val="99"/>
    <w:unhideWhenUsed/>
    <w:rsid w:val="009D1211"/>
    <w:pPr>
      <w:jc w:val="right"/>
    </w:pPr>
    <w:rPr>
      <w:lang w:eastAsia="ja-JP"/>
    </w:rPr>
  </w:style>
  <w:style w:type="character" w:customStyle="1" w:styleId="aff2">
    <w:name w:val="結語 (文字)"/>
    <w:basedOn w:val="a2"/>
    <w:link w:val="aff1"/>
    <w:uiPriority w:val="99"/>
    <w:rsid w:val="009D1211"/>
    <w:rPr>
      <w:rFonts w:ascii="ＭＳ 明朝" w:eastAsia="ＭＳ 明朝" w:hAnsi="ＭＳ 明朝"/>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2026-07-15T02:58:00Z</dcterms:created>
  <dcterms:modified xsi:type="dcterms:W3CDTF">2026-07-15T02:58:00Z</dcterms:modified>
</cp:coreProperties>
</file>