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C9F3" w14:textId="77777777" w:rsidR="004F47F2" w:rsidRDefault="00FA72F7">
      <w:pPr>
        <w:jc w:val="center"/>
        <w:rPr>
          <w:lang w:eastAsia="ja-JP"/>
        </w:rPr>
      </w:pPr>
      <w:r>
        <w:rPr>
          <w:b/>
          <w:sz w:val="32"/>
          <w:lang w:eastAsia="ja-JP"/>
        </w:rPr>
        <w:t>外国人雇用に関する出張セミナー＆相談会</w:t>
      </w:r>
      <w:r>
        <w:rPr>
          <w:b/>
          <w:sz w:val="32"/>
          <w:lang w:eastAsia="ja-JP"/>
        </w:rPr>
        <w:br/>
      </w:r>
      <w:r>
        <w:rPr>
          <w:b/>
          <w:sz w:val="32"/>
          <w:lang w:eastAsia="ja-JP"/>
        </w:rPr>
        <w:t>協力団体等</w:t>
      </w:r>
      <w:r>
        <w:rPr>
          <w:b/>
          <w:sz w:val="32"/>
          <w:lang w:eastAsia="ja-JP"/>
        </w:rPr>
        <w:t xml:space="preserve"> </w:t>
      </w:r>
      <w:r>
        <w:rPr>
          <w:b/>
          <w:sz w:val="32"/>
          <w:lang w:eastAsia="ja-JP"/>
        </w:rPr>
        <w:t>申込票</w:t>
      </w:r>
    </w:p>
    <w:p w14:paraId="05A177E0" w14:textId="267F5C62" w:rsidR="004F47F2" w:rsidRDefault="00FA72F7">
      <w:pPr>
        <w:rPr>
          <w:lang w:eastAsia="ja-JP"/>
        </w:rPr>
      </w:pPr>
      <w:r>
        <w:rPr>
          <w:lang w:eastAsia="ja-JP"/>
        </w:rPr>
        <w:t>必要事項をご記入のうえ、メールでご提出ください。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115"/>
        <w:gridCol w:w="5115"/>
      </w:tblGrid>
      <w:tr w:rsidR="004F47F2" w14:paraId="1777019B" w14:textId="77777777">
        <w:tc>
          <w:tcPr>
            <w:tcW w:w="5120" w:type="dxa"/>
          </w:tcPr>
          <w:p w14:paraId="1E8084F3" w14:textId="77777777" w:rsidR="004F47F2" w:rsidRDefault="00FA72F7">
            <w:proofErr w:type="spellStart"/>
            <w:r>
              <w:t>団体・事業者名</w:t>
            </w:r>
            <w:proofErr w:type="spellEnd"/>
          </w:p>
        </w:tc>
        <w:tc>
          <w:tcPr>
            <w:tcW w:w="5120" w:type="dxa"/>
          </w:tcPr>
          <w:p w14:paraId="43791713" w14:textId="77777777" w:rsidR="004F47F2" w:rsidRDefault="004F47F2"/>
        </w:tc>
      </w:tr>
      <w:tr w:rsidR="004F47F2" w14:paraId="738C2F76" w14:textId="77777777">
        <w:tc>
          <w:tcPr>
            <w:tcW w:w="5120" w:type="dxa"/>
          </w:tcPr>
          <w:p w14:paraId="4B8558A5" w14:textId="77777777" w:rsidR="004F47F2" w:rsidRDefault="00FA72F7">
            <w:r>
              <w:t>担当者名</w:t>
            </w:r>
          </w:p>
        </w:tc>
        <w:tc>
          <w:tcPr>
            <w:tcW w:w="5120" w:type="dxa"/>
          </w:tcPr>
          <w:p w14:paraId="55A69AC4" w14:textId="77777777" w:rsidR="004F47F2" w:rsidRDefault="004F47F2"/>
        </w:tc>
      </w:tr>
      <w:tr w:rsidR="004F47F2" w14:paraId="5A3506A6" w14:textId="77777777">
        <w:tc>
          <w:tcPr>
            <w:tcW w:w="5120" w:type="dxa"/>
          </w:tcPr>
          <w:p w14:paraId="6405AF09" w14:textId="77777777" w:rsidR="004F47F2" w:rsidRDefault="00FA72F7">
            <w:r>
              <w:t>部署・役職</w:t>
            </w:r>
          </w:p>
        </w:tc>
        <w:tc>
          <w:tcPr>
            <w:tcW w:w="5120" w:type="dxa"/>
          </w:tcPr>
          <w:p w14:paraId="4918DF22" w14:textId="77777777" w:rsidR="004F47F2" w:rsidRDefault="004F47F2"/>
        </w:tc>
      </w:tr>
      <w:tr w:rsidR="004F47F2" w14:paraId="5C9C4CCD" w14:textId="77777777">
        <w:tc>
          <w:tcPr>
            <w:tcW w:w="5120" w:type="dxa"/>
          </w:tcPr>
          <w:p w14:paraId="3F4CEC57" w14:textId="77777777" w:rsidR="004F47F2" w:rsidRDefault="00FA72F7">
            <w:r>
              <w:t>所在地</w:t>
            </w:r>
          </w:p>
        </w:tc>
        <w:tc>
          <w:tcPr>
            <w:tcW w:w="5120" w:type="dxa"/>
          </w:tcPr>
          <w:p w14:paraId="05139DE0" w14:textId="77777777" w:rsidR="004F47F2" w:rsidRDefault="004F47F2"/>
        </w:tc>
      </w:tr>
      <w:tr w:rsidR="004F47F2" w14:paraId="768EAE17" w14:textId="77777777">
        <w:tc>
          <w:tcPr>
            <w:tcW w:w="5120" w:type="dxa"/>
          </w:tcPr>
          <w:p w14:paraId="733B37AD" w14:textId="77777777" w:rsidR="004F47F2" w:rsidRDefault="00FA72F7">
            <w:r>
              <w:t>電話番号</w:t>
            </w:r>
          </w:p>
        </w:tc>
        <w:tc>
          <w:tcPr>
            <w:tcW w:w="5120" w:type="dxa"/>
          </w:tcPr>
          <w:p w14:paraId="41D3D492" w14:textId="77777777" w:rsidR="004F47F2" w:rsidRDefault="004F47F2"/>
        </w:tc>
      </w:tr>
      <w:tr w:rsidR="004F47F2" w14:paraId="28C95051" w14:textId="77777777">
        <w:tc>
          <w:tcPr>
            <w:tcW w:w="5120" w:type="dxa"/>
          </w:tcPr>
          <w:p w14:paraId="5AB9AC61" w14:textId="77777777" w:rsidR="004F47F2" w:rsidRDefault="00FA72F7">
            <w:r>
              <w:t>メールアドレス</w:t>
            </w:r>
          </w:p>
        </w:tc>
        <w:tc>
          <w:tcPr>
            <w:tcW w:w="5120" w:type="dxa"/>
          </w:tcPr>
          <w:p w14:paraId="2016E12D" w14:textId="77777777" w:rsidR="004F47F2" w:rsidRDefault="004F47F2"/>
        </w:tc>
      </w:tr>
    </w:tbl>
    <w:p w14:paraId="4E1B0C84" w14:textId="77777777" w:rsidR="004F47F2" w:rsidRDefault="004F47F2"/>
    <w:p w14:paraId="7EBBFCAA" w14:textId="77777777" w:rsidR="004F47F2" w:rsidRDefault="00FA72F7">
      <w:pPr>
        <w:rPr>
          <w:lang w:eastAsia="ja-JP"/>
        </w:rPr>
      </w:pPr>
      <w:r>
        <w:rPr>
          <w:lang w:eastAsia="ja-JP"/>
        </w:rPr>
        <w:t>参加予定企業数（概ね</w:t>
      </w:r>
      <w:r>
        <w:rPr>
          <w:lang w:eastAsia="ja-JP"/>
        </w:rPr>
        <w:t>10</w:t>
      </w:r>
      <w:r>
        <w:rPr>
          <w:lang w:eastAsia="ja-JP"/>
        </w:rPr>
        <w:t>社以上）</w:t>
      </w:r>
    </w:p>
    <w:p w14:paraId="0CD9085C" w14:textId="0804E933" w:rsidR="004F47F2" w:rsidRDefault="00FA72F7">
      <w:r>
        <w:t>__________________</w:t>
      </w:r>
      <w:r w:rsidRPr="00350AF7">
        <w:rPr>
          <w:u w:val="single"/>
        </w:rPr>
        <w:t>_____</w:t>
      </w:r>
      <w:r w:rsidR="00350AF7" w:rsidRPr="00350AF7">
        <w:rPr>
          <w:rFonts w:hint="eastAsia"/>
          <w:u w:val="single"/>
          <w:lang w:eastAsia="ja-JP"/>
        </w:rPr>
        <w:t xml:space="preserve">　　　　　　　　　　　　　　　　　　　　　　　　　</w:t>
      </w:r>
      <w:r w:rsidRPr="00350AF7">
        <w:rPr>
          <w:u w:val="single"/>
        </w:rPr>
        <w:t>___</w:t>
      </w:r>
      <w:r>
        <w:t>______________________________</w:t>
      </w:r>
    </w:p>
    <w:p w14:paraId="7D227BF9" w14:textId="77777777" w:rsidR="004F47F2" w:rsidRDefault="00FA72F7">
      <w:r>
        <w:t>希望開催時期</w:t>
      </w:r>
    </w:p>
    <w:p w14:paraId="2EFAF565" w14:textId="3928CA13" w:rsidR="004F47F2" w:rsidRDefault="00FA72F7">
      <w:r>
        <w:t>____________________</w:t>
      </w:r>
      <w:r w:rsidRPr="00350AF7">
        <w:rPr>
          <w:u w:val="single"/>
        </w:rPr>
        <w:t>____</w:t>
      </w:r>
      <w:r w:rsidR="00350AF7" w:rsidRPr="00350AF7">
        <w:rPr>
          <w:rFonts w:hint="eastAsia"/>
          <w:u w:val="single"/>
          <w:lang w:eastAsia="ja-JP"/>
        </w:rPr>
        <w:t xml:space="preserve">　　　　　　　　　　　　　　　　　　　　　　　　　</w:t>
      </w:r>
      <w:r w:rsidRPr="00350AF7">
        <w:rPr>
          <w:u w:val="single"/>
        </w:rPr>
        <w:t>___</w:t>
      </w:r>
      <w:r>
        <w:t>_____________________________</w:t>
      </w:r>
    </w:p>
    <w:p w14:paraId="6CA4F9EE" w14:textId="2E1F0964" w:rsidR="004F47F2" w:rsidRDefault="00192C1E">
      <w:r>
        <w:rPr>
          <w:rFonts w:hint="eastAsia"/>
          <w:lang w:eastAsia="ja-JP"/>
        </w:rPr>
        <w:t>希望</w:t>
      </w:r>
      <w:proofErr w:type="spellStart"/>
      <w:r w:rsidR="00FA72F7">
        <w:t>開催場所</w:t>
      </w:r>
      <w:proofErr w:type="spellEnd"/>
    </w:p>
    <w:p w14:paraId="1015224A" w14:textId="5B91F6C8" w:rsidR="004F47F2" w:rsidRDefault="00FA72F7">
      <w:r>
        <w:t>____</w:t>
      </w:r>
      <w:proofErr w:type="gramStart"/>
      <w:r w:rsidRPr="00192C1E">
        <w:rPr>
          <w:u w:val="single"/>
        </w:rPr>
        <w:t>________________________________________________</w:t>
      </w:r>
      <w:proofErr w:type="gramEnd"/>
      <w:r w:rsidR="00350AF7" w:rsidRPr="00192C1E">
        <w:rPr>
          <w:rFonts w:hint="eastAsia"/>
          <w:u w:val="single"/>
          <w:lang w:eastAsia="ja-JP"/>
        </w:rPr>
        <w:t xml:space="preserve">　</w:t>
      </w:r>
      <w:r w:rsidR="00350AF7" w:rsidRPr="00350AF7">
        <w:rPr>
          <w:rFonts w:hint="eastAsia"/>
          <w:u w:val="single"/>
          <w:lang w:eastAsia="ja-JP"/>
        </w:rPr>
        <w:t xml:space="preserve">　　　　　　　　　　　　　　　　　　　　　　　　</w:t>
      </w:r>
      <w:r w:rsidRPr="00350AF7">
        <w:rPr>
          <w:u w:val="single"/>
        </w:rPr>
        <w:t>_</w:t>
      </w:r>
      <w:r>
        <w:t>___</w:t>
      </w:r>
    </w:p>
    <w:p w14:paraId="15D12A0E" w14:textId="77777777" w:rsidR="004F47F2" w:rsidRDefault="00FA72F7">
      <w:pPr>
        <w:rPr>
          <w:lang w:eastAsia="ja-JP"/>
        </w:rPr>
      </w:pPr>
      <w:r>
        <w:rPr>
          <w:lang w:eastAsia="ja-JP"/>
        </w:rPr>
        <w:t>想定参加企業の業種・特徴</w:t>
      </w:r>
    </w:p>
    <w:p w14:paraId="14472545" w14:textId="37972C6E" w:rsidR="004F47F2" w:rsidRDefault="00FA72F7">
      <w:pPr>
        <w:rPr>
          <w:lang w:eastAsia="ja-JP"/>
        </w:rPr>
      </w:pPr>
      <w:r>
        <w:rPr>
          <w:lang w:eastAsia="ja-JP"/>
        </w:rPr>
        <w:t>_</w:t>
      </w:r>
      <w:proofErr w:type="gramStart"/>
      <w:r>
        <w:rPr>
          <w:lang w:eastAsia="ja-JP"/>
        </w:rPr>
        <w:t>______________________________________</w:t>
      </w:r>
      <w:r w:rsidRPr="00350AF7">
        <w:rPr>
          <w:u w:val="single"/>
          <w:lang w:eastAsia="ja-JP"/>
        </w:rPr>
        <w:t>__________</w:t>
      </w:r>
      <w:proofErr w:type="gramEnd"/>
      <w:r w:rsidR="00350AF7" w:rsidRPr="00350AF7">
        <w:rPr>
          <w:rFonts w:hint="eastAsia"/>
          <w:u w:val="single"/>
          <w:lang w:eastAsia="ja-JP"/>
        </w:rPr>
        <w:t xml:space="preserve">　　　　　　　　　　　　　　　　　　　　　　　　　</w:t>
      </w:r>
      <w:r w:rsidRPr="00350AF7">
        <w:rPr>
          <w:u w:val="single"/>
          <w:lang w:eastAsia="ja-JP"/>
        </w:rPr>
        <w:t>__</w:t>
      </w:r>
      <w:r>
        <w:rPr>
          <w:lang w:eastAsia="ja-JP"/>
        </w:rPr>
        <w:t>_____</w:t>
      </w:r>
    </w:p>
    <w:p w14:paraId="5B2E8C88" w14:textId="56D569B6" w:rsidR="00350AF7" w:rsidRDefault="00350AF7" w:rsidP="00350AF7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B5D4" wp14:editId="096838A2">
                <wp:simplePos x="0" y="0"/>
                <wp:positionH relativeFrom="column">
                  <wp:posOffset>60325</wp:posOffset>
                </wp:positionH>
                <wp:positionV relativeFrom="paragraph">
                  <wp:posOffset>292100</wp:posOffset>
                </wp:positionV>
                <wp:extent cx="6362700" cy="2181225"/>
                <wp:effectExtent l="0" t="0" r="19050" b="28575"/>
                <wp:wrapNone/>
                <wp:docPr id="18217469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2695A" w14:textId="16CB9213" w:rsidR="00350AF7" w:rsidRDefault="00350AF7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B5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.75pt;margin-top:23pt;width:501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" fillcolor="white [3201]" strokeweight=".5pt">
                <v:textbox>
                  <w:txbxContent>
                    <w:p w14:paraId="2FB2695A" w14:textId="16CB9213" w:rsidR="00350AF7" w:rsidRDefault="00350AF7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2F7">
        <w:rPr>
          <w:lang w:eastAsia="ja-JP"/>
        </w:rPr>
        <w:t>事業実施に関する要望・相談事項</w:t>
      </w:r>
      <w:r w:rsidR="00FA72F7">
        <w:rPr>
          <w:lang w:eastAsia="ja-JP"/>
        </w:rPr>
        <w:br/>
      </w:r>
    </w:p>
    <w:p w14:paraId="2170DABE" w14:textId="77777777" w:rsidR="00350AF7" w:rsidRDefault="00350AF7" w:rsidP="00350AF7">
      <w:pPr>
        <w:rPr>
          <w:lang w:eastAsia="ja-JP"/>
        </w:rPr>
      </w:pPr>
    </w:p>
    <w:p w14:paraId="5126C3C5" w14:textId="7687E7D2" w:rsidR="00350AF7" w:rsidRDefault="00350AF7" w:rsidP="00350AF7">
      <w:pPr>
        <w:rPr>
          <w:lang w:eastAsia="ja-JP"/>
        </w:rPr>
      </w:pPr>
    </w:p>
    <w:p w14:paraId="18627581" w14:textId="77777777" w:rsidR="00350AF7" w:rsidRDefault="00350AF7" w:rsidP="00350AF7">
      <w:pPr>
        <w:rPr>
          <w:lang w:eastAsia="ja-JP"/>
        </w:rPr>
      </w:pPr>
    </w:p>
    <w:p w14:paraId="57A43FE3" w14:textId="77777777" w:rsidR="00350AF7" w:rsidRDefault="00350AF7" w:rsidP="00350AF7">
      <w:pPr>
        <w:rPr>
          <w:lang w:eastAsia="ja-JP"/>
        </w:rPr>
      </w:pPr>
    </w:p>
    <w:p w14:paraId="075FD2E9" w14:textId="77777777" w:rsidR="00350AF7" w:rsidRDefault="00350AF7" w:rsidP="00350AF7">
      <w:pPr>
        <w:rPr>
          <w:lang w:eastAsia="ja-JP"/>
        </w:rPr>
      </w:pPr>
    </w:p>
    <w:p w14:paraId="4525C744" w14:textId="77777777" w:rsidR="00350AF7" w:rsidRDefault="00350AF7" w:rsidP="00350AF7">
      <w:pPr>
        <w:rPr>
          <w:rFonts w:hint="eastAsia"/>
          <w:lang w:eastAsia="ja-JP"/>
        </w:rPr>
      </w:pPr>
    </w:p>
    <w:p w14:paraId="75744364" w14:textId="77777777" w:rsidR="00350AF7" w:rsidRDefault="00FA72F7" w:rsidP="00350AF7">
      <w:pPr>
        <w:ind w:left="4620" w:hangingChars="2100" w:hanging="4620"/>
        <w:rPr>
          <w:lang w:eastAsia="zh-CN"/>
        </w:rPr>
      </w:pPr>
      <w:r>
        <w:rPr>
          <w:lang w:eastAsia="ja-JP"/>
        </w:rPr>
        <w:br/>
      </w:r>
      <w:r>
        <w:rPr>
          <w:lang w:eastAsia="zh-CN"/>
        </w:rPr>
        <w:t>提出先：</w:t>
      </w:r>
      <w:r w:rsidR="00350AF7">
        <w:rPr>
          <w:rFonts w:hint="eastAsia"/>
          <w:lang w:eastAsia="zh-CN"/>
        </w:rPr>
        <w:t>横浜市経済局雇用労働課　外国人就職支援担当</w:t>
      </w:r>
    </w:p>
    <w:p w14:paraId="1BE14CD6" w14:textId="31C85C64" w:rsidR="004F47F2" w:rsidRDefault="00350AF7" w:rsidP="00350AF7">
      <w:pPr>
        <w:ind w:firstLineChars="2200" w:firstLine="4840"/>
        <w:rPr>
          <w:lang w:eastAsia="zh-CN"/>
        </w:rPr>
      </w:pPr>
      <w:hyperlink r:id="rId6" w:history="1">
        <w:r w:rsidRPr="00B87670">
          <w:rPr>
            <w:rStyle w:val="aff"/>
            <w:lang w:eastAsia="ja-JP"/>
          </w:rPr>
          <w:t>Tel:045-671-2343</w:t>
        </w:r>
      </w:hyperlink>
      <w:r>
        <w:rPr>
          <w:rFonts w:hint="eastAsia"/>
          <w:lang w:eastAsia="ja-JP"/>
        </w:rPr>
        <w:t xml:space="preserve"> </w:t>
      </w:r>
      <w:proofErr w:type="gramStart"/>
      <w:r>
        <w:rPr>
          <w:rFonts w:hint="eastAsia"/>
          <w:lang w:eastAsia="ja-JP"/>
        </w:rPr>
        <w:t>Mail:</w:t>
      </w:r>
      <w:r w:rsidR="00FA72F7">
        <w:t>ke-global-hr@city.yokohama.lg.jp</w:t>
      </w:r>
      <w:proofErr w:type="gramEnd"/>
    </w:p>
    <w:sectPr w:rsidR="004F47F2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3886853">
    <w:abstractNumId w:val="8"/>
  </w:num>
  <w:num w:numId="2" w16cid:durableId="353653113">
    <w:abstractNumId w:val="6"/>
  </w:num>
  <w:num w:numId="3" w16cid:durableId="1006785653">
    <w:abstractNumId w:val="5"/>
  </w:num>
  <w:num w:numId="4" w16cid:durableId="504633891">
    <w:abstractNumId w:val="4"/>
  </w:num>
  <w:num w:numId="5" w16cid:durableId="1854954600">
    <w:abstractNumId w:val="7"/>
  </w:num>
  <w:num w:numId="6" w16cid:durableId="630672868">
    <w:abstractNumId w:val="3"/>
  </w:num>
  <w:num w:numId="7" w16cid:durableId="367605453">
    <w:abstractNumId w:val="2"/>
  </w:num>
  <w:num w:numId="8" w16cid:durableId="532421537">
    <w:abstractNumId w:val="1"/>
  </w:num>
  <w:num w:numId="9" w16cid:durableId="58819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C1E"/>
    <w:rsid w:val="0029639D"/>
    <w:rsid w:val="00297764"/>
    <w:rsid w:val="00326F90"/>
    <w:rsid w:val="00350AF7"/>
    <w:rsid w:val="003D0074"/>
    <w:rsid w:val="004F47F2"/>
    <w:rsid w:val="00AA1D8D"/>
    <w:rsid w:val="00B47730"/>
    <w:rsid w:val="00C622A3"/>
    <w:rsid w:val="00CB0664"/>
    <w:rsid w:val="00FA72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CBD54"/>
  <w14:defaultImageDpi w14:val="300"/>
  <w15:docId w15:val="{DEAB08FC-0D85-4BA3-BDBA-5B76DE91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350AF7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3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045-671-23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友井 美南子</dc:creator>
  <cp:keywords/>
  <dc:description>generated by python-docx</dc:description>
  <cp:lastModifiedBy>友井 美南子</cp:lastModifiedBy>
  <cp:revision>4</cp:revision>
  <dcterms:created xsi:type="dcterms:W3CDTF">2026-08-06T06:38:00Z</dcterms:created>
  <dcterms:modified xsi:type="dcterms:W3CDTF">2026-08-07T00:07:00Z</dcterms:modified>
  <cp:category/>
</cp:coreProperties>
</file>